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2D27B" w14:textId="77777777" w:rsidR="00EC5218" w:rsidRPr="003070A4" w:rsidRDefault="00000000">
      <w:pPr>
        <w:spacing w:after="100"/>
        <w:jc w:val="center"/>
        <w:rPr>
          <w:lang w:val="ru-RU"/>
        </w:rPr>
      </w:pPr>
      <w:r w:rsidRPr="003070A4">
        <w:rPr>
          <w:b/>
          <w:sz w:val="28"/>
          <w:lang w:val="ru-RU"/>
        </w:rPr>
        <w:t>ПОЛЬЗОВАТЕЛЬСКОЕ СОГЛАШЕНИЕ</w:t>
      </w:r>
    </w:p>
    <w:p w14:paraId="1681A675" w14:textId="77777777" w:rsidR="00EC5218" w:rsidRPr="003070A4" w:rsidRDefault="00000000">
      <w:pPr>
        <w:spacing w:after="100"/>
        <w:rPr>
          <w:lang w:val="ru-RU"/>
        </w:rPr>
      </w:pPr>
      <w:r>
        <w:t>EasyProgramming</w:t>
      </w:r>
    </w:p>
    <w:p w14:paraId="06DB8E08" w14:textId="77777777" w:rsidR="00EC5218" w:rsidRPr="003070A4" w:rsidRDefault="00EC5218">
      <w:pPr>
        <w:spacing w:after="100"/>
        <w:rPr>
          <w:lang w:val="ru-RU"/>
        </w:rPr>
      </w:pPr>
    </w:p>
    <w:p w14:paraId="2FE46CE0" w14:textId="1EA5F4CA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 xml:space="preserve">Редакция от: </w:t>
      </w:r>
      <w:r w:rsidR="003070A4">
        <w:rPr>
          <w:lang w:val="ru-RU"/>
        </w:rPr>
        <w:t>18.09.2026</w:t>
      </w:r>
    </w:p>
    <w:p w14:paraId="6931880B" w14:textId="77777777" w:rsidR="00EC5218" w:rsidRPr="003070A4" w:rsidRDefault="00EC5218">
      <w:pPr>
        <w:spacing w:after="100"/>
        <w:rPr>
          <w:lang w:val="ru-RU"/>
        </w:rPr>
      </w:pPr>
    </w:p>
    <w:p w14:paraId="2C3CF074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1. Общие положения</w:t>
      </w:r>
    </w:p>
    <w:p w14:paraId="38E15F8B" w14:textId="77777777" w:rsidR="00EC5218" w:rsidRPr="003070A4" w:rsidRDefault="00EC5218">
      <w:pPr>
        <w:spacing w:after="100"/>
        <w:rPr>
          <w:lang w:val="ru-RU"/>
        </w:rPr>
      </w:pPr>
    </w:p>
    <w:p w14:paraId="391B2353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 xml:space="preserve">1.1. Настоящее Пользовательское соглашение регулирует отношения между ООО «СтартКомьюнити» и пользователем сервиса </w:t>
      </w:r>
      <w:r>
        <w:rPr>
          <w:b/>
        </w:rPr>
        <w:t>EasyProgramming</w:t>
      </w:r>
      <w:r w:rsidRPr="003070A4">
        <w:rPr>
          <w:b/>
          <w:lang w:val="ru-RU"/>
        </w:rPr>
        <w:t>.</w:t>
      </w:r>
    </w:p>
    <w:p w14:paraId="6126FA19" w14:textId="77777777" w:rsidR="00EC5218" w:rsidRPr="003070A4" w:rsidRDefault="00EC5218">
      <w:pPr>
        <w:spacing w:after="100"/>
        <w:rPr>
          <w:lang w:val="ru-RU"/>
        </w:rPr>
      </w:pPr>
    </w:p>
    <w:p w14:paraId="2F556DD8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 xml:space="preserve">1.2. </w:t>
      </w:r>
      <w:r>
        <w:rPr>
          <w:b/>
        </w:rPr>
        <w:t>EasyProgramming</w:t>
      </w:r>
      <w:r w:rsidRPr="003070A4">
        <w:rPr>
          <w:b/>
          <w:lang w:val="ru-RU"/>
        </w:rPr>
        <w:t xml:space="preserve"> представляет собой информационную платформу для взаимодействия заказчиков </w:t>
      </w:r>
      <w:r>
        <w:rPr>
          <w:b/>
        </w:rPr>
        <w:t>IT</w:t>
      </w:r>
      <w:r w:rsidRPr="003070A4">
        <w:rPr>
          <w:b/>
          <w:lang w:val="ru-RU"/>
        </w:rPr>
        <w:t>-задач и разработчиков.</w:t>
      </w:r>
    </w:p>
    <w:p w14:paraId="7B63CC5C" w14:textId="77777777" w:rsidR="00EC5218" w:rsidRPr="003070A4" w:rsidRDefault="00EC5218">
      <w:pPr>
        <w:spacing w:after="100"/>
        <w:rPr>
          <w:lang w:val="ru-RU"/>
        </w:rPr>
      </w:pPr>
    </w:p>
    <w:p w14:paraId="3EA3DDE8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1.3. Используя Сервис, пользователь подтверждает, что ознакомился с настоящим Соглашением и принимает его условия.</w:t>
      </w:r>
    </w:p>
    <w:p w14:paraId="2F84EA1E" w14:textId="77777777" w:rsidR="00EC5218" w:rsidRPr="003070A4" w:rsidRDefault="00EC5218">
      <w:pPr>
        <w:spacing w:after="100"/>
        <w:rPr>
          <w:lang w:val="ru-RU"/>
        </w:rPr>
      </w:pPr>
    </w:p>
    <w:p w14:paraId="19165CC3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1.4. Настоящее Соглашение не заменяет согласие на обработку персональных данных. Такое согласие оформляется отдельно.</w:t>
      </w:r>
    </w:p>
    <w:p w14:paraId="09F172D8" w14:textId="77777777" w:rsidR="00EC5218" w:rsidRPr="003070A4" w:rsidRDefault="00EC5218">
      <w:pPr>
        <w:spacing w:after="100"/>
        <w:rPr>
          <w:lang w:val="ru-RU"/>
        </w:rPr>
      </w:pPr>
    </w:p>
    <w:p w14:paraId="0ECF7F52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2. Регистрация</w:t>
      </w:r>
    </w:p>
    <w:p w14:paraId="49541EC4" w14:textId="77777777" w:rsidR="00EC5218" w:rsidRPr="003070A4" w:rsidRDefault="00EC5218">
      <w:pPr>
        <w:spacing w:after="100"/>
        <w:rPr>
          <w:lang w:val="ru-RU"/>
        </w:rPr>
      </w:pPr>
    </w:p>
    <w:p w14:paraId="3B2D24F6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2.1. Для использования отдельных функций Сервиса пользователю необходимо создать учётную запись.</w:t>
      </w:r>
    </w:p>
    <w:p w14:paraId="4DEFD073" w14:textId="77777777" w:rsidR="00EC5218" w:rsidRPr="003070A4" w:rsidRDefault="00EC5218">
      <w:pPr>
        <w:spacing w:after="100"/>
        <w:rPr>
          <w:lang w:val="ru-RU"/>
        </w:rPr>
      </w:pPr>
    </w:p>
    <w:p w14:paraId="041CB8E0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2.2. При регистрации пользователь предоставляет достоверную информацию.</w:t>
      </w:r>
    </w:p>
    <w:p w14:paraId="5CED2ED5" w14:textId="77777777" w:rsidR="00EC5218" w:rsidRPr="003070A4" w:rsidRDefault="00EC5218">
      <w:pPr>
        <w:spacing w:after="100"/>
        <w:rPr>
          <w:lang w:val="ru-RU"/>
        </w:rPr>
      </w:pPr>
    </w:p>
    <w:p w14:paraId="122A89D5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2.3. Пользователь обязан самостоятельно обеспечивать сохранность данных для доступа к аккаунту.</w:t>
      </w:r>
    </w:p>
    <w:p w14:paraId="04F66BCD" w14:textId="77777777" w:rsidR="00EC5218" w:rsidRPr="003070A4" w:rsidRDefault="00EC5218">
      <w:pPr>
        <w:spacing w:after="100"/>
        <w:rPr>
          <w:lang w:val="ru-RU"/>
        </w:rPr>
      </w:pPr>
    </w:p>
    <w:p w14:paraId="7C924C85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2.4. Пользователь не вправе передавать данные для входа третьим лицам.</w:t>
      </w:r>
    </w:p>
    <w:p w14:paraId="138E7B3D" w14:textId="77777777" w:rsidR="00EC5218" w:rsidRPr="003070A4" w:rsidRDefault="00EC5218">
      <w:pPr>
        <w:spacing w:after="100"/>
        <w:rPr>
          <w:lang w:val="ru-RU"/>
        </w:rPr>
      </w:pPr>
    </w:p>
    <w:p w14:paraId="5C1A7C72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2.5. Оператор вправе ограничить доступ к аккаунту при нарушении настоящего Соглашения или законодательства РФ.</w:t>
      </w:r>
    </w:p>
    <w:p w14:paraId="7F24FE79" w14:textId="77777777" w:rsidR="00EC5218" w:rsidRPr="003070A4" w:rsidRDefault="00EC5218">
      <w:pPr>
        <w:spacing w:after="100"/>
        <w:rPr>
          <w:lang w:val="ru-RU"/>
        </w:rPr>
      </w:pPr>
    </w:p>
    <w:p w14:paraId="494358B9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lastRenderedPageBreak/>
        <w:t>3. Работа с задачами</w:t>
      </w:r>
    </w:p>
    <w:p w14:paraId="37AF9949" w14:textId="77777777" w:rsidR="00EC5218" w:rsidRPr="003070A4" w:rsidRDefault="00EC5218">
      <w:pPr>
        <w:spacing w:after="100"/>
        <w:rPr>
          <w:lang w:val="ru-RU"/>
        </w:rPr>
      </w:pPr>
    </w:p>
    <w:p w14:paraId="66984475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 xml:space="preserve">3.1. Пользователь может создавать и отправлять </w:t>
      </w:r>
      <w:r>
        <w:rPr>
          <w:b/>
        </w:rPr>
        <w:t>IT</w:t>
      </w:r>
      <w:r w:rsidRPr="003070A4">
        <w:rPr>
          <w:b/>
          <w:lang w:val="ru-RU"/>
        </w:rPr>
        <w:t>-задачи через предусмотренную Сервисом форму.</w:t>
      </w:r>
    </w:p>
    <w:p w14:paraId="7A872C85" w14:textId="77777777" w:rsidR="00EC5218" w:rsidRPr="003070A4" w:rsidRDefault="00EC5218">
      <w:pPr>
        <w:spacing w:after="100"/>
        <w:rPr>
          <w:lang w:val="ru-RU"/>
        </w:rPr>
      </w:pPr>
    </w:p>
    <w:p w14:paraId="2EC3D95D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3.2. Пользователь предоставляет информацию, необходимую для понимания требований к результату.</w:t>
      </w:r>
    </w:p>
    <w:p w14:paraId="2A767FC1" w14:textId="77777777" w:rsidR="00EC5218" w:rsidRPr="003070A4" w:rsidRDefault="00EC5218">
      <w:pPr>
        <w:spacing w:after="100"/>
        <w:rPr>
          <w:lang w:val="ru-RU"/>
        </w:rPr>
      </w:pPr>
    </w:p>
    <w:p w14:paraId="1F0FE715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3.3. Пользователь несёт ответственность за содержание предоставленной им информации и наличие необходимых прав на её передачу.</w:t>
      </w:r>
    </w:p>
    <w:p w14:paraId="4020CD8C" w14:textId="77777777" w:rsidR="00EC5218" w:rsidRPr="003070A4" w:rsidRDefault="00EC5218">
      <w:pPr>
        <w:spacing w:after="100"/>
        <w:rPr>
          <w:lang w:val="ru-RU"/>
        </w:rPr>
      </w:pPr>
    </w:p>
    <w:p w14:paraId="457A412F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3.4. Пользователь не должен размещать чужие персональные данные без законного основания, пароли, ключи доступа, конфиденциальные данные третьих лиц или информацию, распространение которой запрещено законом.</w:t>
      </w:r>
    </w:p>
    <w:p w14:paraId="7E23934B" w14:textId="77777777" w:rsidR="00EC5218" w:rsidRPr="003070A4" w:rsidRDefault="00EC5218">
      <w:pPr>
        <w:spacing w:after="100"/>
        <w:rPr>
          <w:lang w:val="ru-RU"/>
        </w:rPr>
      </w:pPr>
    </w:p>
    <w:p w14:paraId="35D6A1AD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3.5. Оператор вправе запросить дополнительные сведения для уточнения требований к задаче.</w:t>
      </w:r>
    </w:p>
    <w:p w14:paraId="06054663" w14:textId="77777777" w:rsidR="00EC5218" w:rsidRPr="003070A4" w:rsidRDefault="00EC5218">
      <w:pPr>
        <w:spacing w:after="100"/>
        <w:rPr>
          <w:lang w:val="ru-RU"/>
        </w:rPr>
      </w:pPr>
    </w:p>
    <w:p w14:paraId="136A03F5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4. Разработчики</w:t>
      </w:r>
    </w:p>
    <w:p w14:paraId="65268620" w14:textId="77777777" w:rsidR="00EC5218" w:rsidRPr="003070A4" w:rsidRDefault="00EC5218">
      <w:pPr>
        <w:spacing w:after="100"/>
        <w:rPr>
          <w:lang w:val="ru-RU"/>
        </w:rPr>
      </w:pPr>
    </w:p>
    <w:p w14:paraId="11F45557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4.1. Разработчики могут получать доступ к задачам в соответствии с функциональностью Сервиса.</w:t>
      </w:r>
    </w:p>
    <w:p w14:paraId="657AAAAB" w14:textId="77777777" w:rsidR="00EC5218" w:rsidRPr="003070A4" w:rsidRDefault="00EC5218">
      <w:pPr>
        <w:spacing w:after="100"/>
        <w:rPr>
          <w:lang w:val="ru-RU"/>
        </w:rPr>
      </w:pPr>
    </w:p>
    <w:p w14:paraId="2DF24793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4.2. Разработчик обязан использовать полученную информацию исключительно для выполнения соответствующей задачи.</w:t>
      </w:r>
    </w:p>
    <w:p w14:paraId="42B0A9FE" w14:textId="77777777" w:rsidR="00EC5218" w:rsidRPr="003070A4" w:rsidRDefault="00EC5218">
      <w:pPr>
        <w:spacing w:after="100"/>
        <w:rPr>
          <w:lang w:val="ru-RU"/>
        </w:rPr>
      </w:pPr>
    </w:p>
    <w:p w14:paraId="0E765C14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4.3. Разработчик не вправе передавать третьим лицам конфиденциальную информацию заказчика.</w:t>
      </w:r>
    </w:p>
    <w:p w14:paraId="6DB726D5" w14:textId="77777777" w:rsidR="00EC5218" w:rsidRPr="003070A4" w:rsidRDefault="00EC5218">
      <w:pPr>
        <w:spacing w:after="100"/>
        <w:rPr>
          <w:lang w:val="ru-RU"/>
        </w:rPr>
      </w:pPr>
    </w:p>
    <w:p w14:paraId="2659A2BB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4.4. Разработчик обязан соблюдать законодательство РФ и условия настоящего Соглашения.</w:t>
      </w:r>
    </w:p>
    <w:p w14:paraId="57C4A265" w14:textId="77777777" w:rsidR="00EC5218" w:rsidRPr="003070A4" w:rsidRDefault="00EC5218">
      <w:pPr>
        <w:spacing w:after="100"/>
        <w:rPr>
          <w:lang w:val="ru-RU"/>
        </w:rPr>
      </w:pPr>
    </w:p>
    <w:p w14:paraId="2D96DAF4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5. Профиль разработчика</w:t>
      </w:r>
    </w:p>
    <w:p w14:paraId="0F5A8973" w14:textId="77777777" w:rsidR="00EC5218" w:rsidRPr="003070A4" w:rsidRDefault="00EC5218">
      <w:pPr>
        <w:spacing w:after="100"/>
        <w:rPr>
          <w:lang w:val="ru-RU"/>
        </w:rPr>
      </w:pPr>
    </w:p>
    <w:p w14:paraId="1F57CD35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lastRenderedPageBreak/>
        <w:t>5.1. Пользователь может создать профиль разработчика.</w:t>
      </w:r>
    </w:p>
    <w:p w14:paraId="06682839" w14:textId="77777777" w:rsidR="00EC5218" w:rsidRPr="003070A4" w:rsidRDefault="00EC5218">
      <w:pPr>
        <w:spacing w:after="100"/>
        <w:rPr>
          <w:lang w:val="ru-RU"/>
        </w:rPr>
      </w:pPr>
    </w:p>
    <w:p w14:paraId="64DBCE7F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 xml:space="preserve">5.2. В зависимости от настроек и предоставленных согласий профиль может содержать имя/ФИО, уровень, сведения о решённых задачах, </w:t>
      </w:r>
      <w:r>
        <w:rPr>
          <w:b/>
        </w:rPr>
        <w:t>GitHub</w:t>
      </w:r>
      <w:r w:rsidRPr="003070A4">
        <w:rPr>
          <w:b/>
          <w:lang w:val="ru-RU"/>
        </w:rPr>
        <w:t>, портфолио и рейтинг.</w:t>
      </w:r>
    </w:p>
    <w:p w14:paraId="5F8DDC64" w14:textId="77777777" w:rsidR="00EC5218" w:rsidRPr="003070A4" w:rsidRDefault="00EC5218">
      <w:pPr>
        <w:spacing w:after="100"/>
        <w:rPr>
          <w:lang w:val="ru-RU"/>
        </w:rPr>
      </w:pPr>
    </w:p>
    <w:p w14:paraId="604CC4A3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5.3. Распространение персональных данных осуществляется на основании отдельного согласия.</w:t>
      </w:r>
    </w:p>
    <w:p w14:paraId="7C209906" w14:textId="77777777" w:rsidR="00EC5218" w:rsidRPr="003070A4" w:rsidRDefault="00EC5218">
      <w:pPr>
        <w:spacing w:after="100"/>
        <w:rPr>
          <w:lang w:val="ru-RU"/>
        </w:rPr>
      </w:pPr>
    </w:p>
    <w:p w14:paraId="099B6608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5.4. Пользователь вправе отозвать такое согласие и потребовать прекращения распространения соответствующих данных в порядке, предусмотренном законодательством РФ.</w:t>
      </w:r>
    </w:p>
    <w:p w14:paraId="29A5F548" w14:textId="77777777" w:rsidR="00EC5218" w:rsidRPr="003070A4" w:rsidRDefault="00EC5218">
      <w:pPr>
        <w:spacing w:after="100"/>
        <w:rPr>
          <w:lang w:val="ru-RU"/>
        </w:rPr>
      </w:pPr>
    </w:p>
    <w:p w14:paraId="5EBFA3B8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6. Интеллектуальная собственность</w:t>
      </w:r>
    </w:p>
    <w:p w14:paraId="78F8BE81" w14:textId="77777777" w:rsidR="00EC5218" w:rsidRPr="003070A4" w:rsidRDefault="00EC5218">
      <w:pPr>
        <w:spacing w:after="100"/>
        <w:rPr>
          <w:lang w:val="ru-RU"/>
        </w:rPr>
      </w:pPr>
    </w:p>
    <w:p w14:paraId="79B153F2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6.1. Размещение задачи в Сервисе не означает автоматическую передачу Оператору исключительных прав на результаты интеллектуальной деятельности пользователя.</w:t>
      </w:r>
    </w:p>
    <w:p w14:paraId="22EE5923" w14:textId="77777777" w:rsidR="00EC5218" w:rsidRPr="003070A4" w:rsidRDefault="00EC5218">
      <w:pPr>
        <w:spacing w:after="100"/>
        <w:rPr>
          <w:lang w:val="ru-RU"/>
        </w:rPr>
      </w:pPr>
    </w:p>
    <w:p w14:paraId="2CDE4EAF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6.2. Условия передачи прав на конкретный результат разработки определяются отдельным договором между соответствующими сторонами.</w:t>
      </w:r>
    </w:p>
    <w:p w14:paraId="677D678A" w14:textId="77777777" w:rsidR="00EC5218" w:rsidRPr="003070A4" w:rsidRDefault="00EC5218">
      <w:pPr>
        <w:spacing w:after="100"/>
        <w:rPr>
          <w:lang w:val="ru-RU"/>
        </w:rPr>
      </w:pPr>
    </w:p>
    <w:p w14:paraId="50F9FC69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6.3. Пользователь обязан обладать необходимыми правами на материалы, которые он передаёт для выполнения задачи.</w:t>
      </w:r>
    </w:p>
    <w:p w14:paraId="21553BD6" w14:textId="77777777" w:rsidR="00EC5218" w:rsidRPr="003070A4" w:rsidRDefault="00EC5218">
      <w:pPr>
        <w:spacing w:after="100"/>
        <w:rPr>
          <w:lang w:val="ru-RU"/>
        </w:rPr>
      </w:pPr>
    </w:p>
    <w:p w14:paraId="5DE5459A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7. Ограничение ответственности</w:t>
      </w:r>
    </w:p>
    <w:p w14:paraId="3FABFC03" w14:textId="77777777" w:rsidR="00EC5218" w:rsidRPr="003070A4" w:rsidRDefault="00EC5218">
      <w:pPr>
        <w:spacing w:after="100"/>
        <w:rPr>
          <w:lang w:val="ru-RU"/>
        </w:rPr>
      </w:pPr>
    </w:p>
    <w:p w14:paraId="43EFDB7A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7.1. Оператор предоставляет функциональность Сервиса в соответствии с его текущими техническими возможностями.</w:t>
      </w:r>
    </w:p>
    <w:p w14:paraId="63C3AFBC" w14:textId="77777777" w:rsidR="00EC5218" w:rsidRPr="003070A4" w:rsidRDefault="00EC5218">
      <w:pPr>
        <w:spacing w:after="100"/>
        <w:rPr>
          <w:lang w:val="ru-RU"/>
        </w:rPr>
      </w:pPr>
    </w:p>
    <w:p w14:paraId="6539A606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7.2. Оператор не гарантирует отсутствие технических ошибок, перерывов в работе или временной недоступности Сервиса.</w:t>
      </w:r>
    </w:p>
    <w:p w14:paraId="6FA30F24" w14:textId="77777777" w:rsidR="00EC5218" w:rsidRPr="003070A4" w:rsidRDefault="00EC5218">
      <w:pPr>
        <w:spacing w:after="100"/>
        <w:rPr>
          <w:lang w:val="ru-RU"/>
        </w:rPr>
      </w:pPr>
    </w:p>
    <w:p w14:paraId="5D88C58C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7.3. Оператор не несёт ответственности за информацию, самостоятельно размещённую пользователями, если иное не предусмотрено законодательством РФ.</w:t>
      </w:r>
    </w:p>
    <w:p w14:paraId="630F743C" w14:textId="77777777" w:rsidR="00EC5218" w:rsidRPr="003070A4" w:rsidRDefault="00EC5218">
      <w:pPr>
        <w:spacing w:after="100"/>
        <w:rPr>
          <w:lang w:val="ru-RU"/>
        </w:rPr>
      </w:pPr>
    </w:p>
    <w:p w14:paraId="62EAFC9C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lastRenderedPageBreak/>
        <w:t>7.4. Оператор принимает разумные меры для обеспечения безопасности Сервиса и защиты пользовательских данных.</w:t>
      </w:r>
    </w:p>
    <w:p w14:paraId="6BE9CC34" w14:textId="77777777" w:rsidR="00EC5218" w:rsidRPr="003070A4" w:rsidRDefault="00EC5218">
      <w:pPr>
        <w:spacing w:after="100"/>
        <w:rPr>
          <w:lang w:val="ru-RU"/>
        </w:rPr>
      </w:pPr>
    </w:p>
    <w:p w14:paraId="034BD770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8. Запрещённые действия</w:t>
      </w:r>
    </w:p>
    <w:p w14:paraId="0F949093" w14:textId="77777777" w:rsidR="00EC5218" w:rsidRPr="003070A4" w:rsidRDefault="00EC5218">
      <w:pPr>
        <w:spacing w:after="100"/>
        <w:rPr>
          <w:lang w:val="ru-RU"/>
        </w:rPr>
      </w:pPr>
    </w:p>
    <w:p w14:paraId="517B0350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Пользователю запрещается:</w:t>
      </w:r>
    </w:p>
    <w:p w14:paraId="773AEF79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• нарушать законодательство РФ;</w:t>
      </w:r>
    </w:p>
    <w:p w14:paraId="2B01E5E0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• пытаться получить несанкционированный доступ к чужим аккаунтам;</w:t>
      </w:r>
    </w:p>
    <w:p w14:paraId="02DC9207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• использовать Сервис для распространения вредоносного ПО;</w:t>
      </w:r>
    </w:p>
    <w:p w14:paraId="62DACD3D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• размещать заведомо незаконную информацию;</w:t>
      </w:r>
    </w:p>
    <w:p w14:paraId="7F008DED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• использовать Сервис для мошенничества;</w:t>
      </w:r>
    </w:p>
    <w:p w14:paraId="5351BC1A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• вмешиваться в работу Сервиса;</w:t>
      </w:r>
    </w:p>
    <w:p w14:paraId="01AA06CB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• получать доступ к данным других пользователей без разрешения.</w:t>
      </w:r>
    </w:p>
    <w:p w14:paraId="72D348F3" w14:textId="77777777" w:rsidR="00EC5218" w:rsidRPr="003070A4" w:rsidRDefault="00EC5218">
      <w:pPr>
        <w:spacing w:after="100"/>
        <w:rPr>
          <w:lang w:val="ru-RU"/>
        </w:rPr>
      </w:pPr>
    </w:p>
    <w:p w14:paraId="2EA27CC1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9. Удаление аккаунта</w:t>
      </w:r>
    </w:p>
    <w:p w14:paraId="2A98BB7A" w14:textId="77777777" w:rsidR="00EC5218" w:rsidRPr="003070A4" w:rsidRDefault="00EC5218">
      <w:pPr>
        <w:spacing w:after="100"/>
        <w:rPr>
          <w:lang w:val="ru-RU"/>
        </w:rPr>
      </w:pPr>
    </w:p>
    <w:p w14:paraId="405CF61C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9.1. Пользователь может обратиться к Оператору с запросом на прекращение использования аккаунта и обработки персональных данных.</w:t>
      </w:r>
    </w:p>
    <w:p w14:paraId="495A7241" w14:textId="77777777" w:rsidR="00EC5218" w:rsidRPr="003070A4" w:rsidRDefault="00EC5218">
      <w:pPr>
        <w:spacing w:after="100"/>
        <w:rPr>
          <w:lang w:val="ru-RU"/>
        </w:rPr>
      </w:pPr>
    </w:p>
    <w:p w14:paraId="2DDDF88A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9.2. Уничтожение отдельных данных осуществляется с учётом требований законодательства и необходимости их дальнейшего хранения при наличии законных оснований.</w:t>
      </w:r>
    </w:p>
    <w:p w14:paraId="37948034" w14:textId="77777777" w:rsidR="00EC5218" w:rsidRPr="003070A4" w:rsidRDefault="00EC5218">
      <w:pPr>
        <w:spacing w:after="100"/>
        <w:rPr>
          <w:lang w:val="ru-RU"/>
        </w:rPr>
      </w:pPr>
    </w:p>
    <w:p w14:paraId="57071BF6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10. Изменение Соглашения</w:t>
      </w:r>
    </w:p>
    <w:p w14:paraId="46C89ABD" w14:textId="77777777" w:rsidR="00EC5218" w:rsidRPr="003070A4" w:rsidRDefault="00EC5218">
      <w:pPr>
        <w:spacing w:after="100"/>
        <w:rPr>
          <w:lang w:val="ru-RU"/>
        </w:rPr>
      </w:pPr>
    </w:p>
    <w:p w14:paraId="18E50D7E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10.1. Оператор вправе изменять настоящее Соглашение.</w:t>
      </w:r>
    </w:p>
    <w:p w14:paraId="26436388" w14:textId="77777777" w:rsidR="00EC5218" w:rsidRPr="003070A4" w:rsidRDefault="00EC5218">
      <w:pPr>
        <w:spacing w:after="100"/>
        <w:rPr>
          <w:lang w:val="ru-RU"/>
        </w:rPr>
      </w:pPr>
    </w:p>
    <w:p w14:paraId="024E1A33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10.2. Новая редакция публикуется на сайте, если иное не предусмотрено новой редакцией или законодательством.</w:t>
      </w:r>
    </w:p>
    <w:p w14:paraId="094FB613" w14:textId="77777777" w:rsidR="00EC5218" w:rsidRPr="003070A4" w:rsidRDefault="00EC5218">
      <w:pPr>
        <w:spacing w:after="100"/>
        <w:rPr>
          <w:lang w:val="ru-RU"/>
        </w:rPr>
      </w:pPr>
    </w:p>
    <w:p w14:paraId="5208BC70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b/>
          <w:lang w:val="ru-RU"/>
        </w:rPr>
        <w:t>11. Контакты</w:t>
      </w:r>
    </w:p>
    <w:p w14:paraId="3431F4BD" w14:textId="77777777" w:rsidR="00EC5218" w:rsidRPr="003070A4" w:rsidRDefault="00EC5218">
      <w:pPr>
        <w:spacing w:after="100"/>
        <w:rPr>
          <w:lang w:val="ru-RU"/>
        </w:rPr>
      </w:pPr>
    </w:p>
    <w:p w14:paraId="7B86BBF7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ООО «СтартКомьюнити»</w:t>
      </w:r>
    </w:p>
    <w:p w14:paraId="7AE5F39B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lastRenderedPageBreak/>
        <w:t>ИНН: 4205431742</w:t>
      </w:r>
    </w:p>
    <w:p w14:paraId="62BF6B55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ОГРН: 1254200012550</w:t>
      </w:r>
    </w:p>
    <w:p w14:paraId="6485769D" w14:textId="77777777" w:rsidR="00EC5218" w:rsidRPr="003070A4" w:rsidRDefault="00000000">
      <w:pPr>
        <w:spacing w:after="100"/>
        <w:rPr>
          <w:lang w:val="ru-RU"/>
        </w:rPr>
      </w:pPr>
      <w:r w:rsidRPr="003070A4">
        <w:rPr>
          <w:lang w:val="ru-RU"/>
        </w:rPr>
        <w:t>Адрес: 650002, Кемеровская область — Кузбасс, г. о. Кемеровский, г. Кемерово, бульвар имени Академика Л. С. Барбараша, зд. 1</w:t>
      </w:r>
    </w:p>
    <w:p w14:paraId="6F2463F6" w14:textId="77777777" w:rsidR="00EC5218" w:rsidRDefault="00000000">
      <w:pPr>
        <w:spacing w:after="100"/>
      </w:pPr>
      <w:r>
        <w:t>Email: e_azhichakov@mail.ru</w:t>
      </w:r>
    </w:p>
    <w:p w14:paraId="621BC907" w14:textId="77777777" w:rsidR="00EC5218" w:rsidRDefault="00EC5218">
      <w:pPr>
        <w:spacing w:after="100"/>
      </w:pPr>
    </w:p>
    <w:sectPr w:rsidR="00EC5218" w:rsidSect="00034616">
      <w:pgSz w:w="12240" w:h="15840"/>
      <w:pgMar w:top="1200" w:right="1400" w:bottom="1200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8913105">
    <w:abstractNumId w:val="8"/>
  </w:num>
  <w:num w:numId="2" w16cid:durableId="1662855194">
    <w:abstractNumId w:val="6"/>
  </w:num>
  <w:num w:numId="3" w16cid:durableId="1504738470">
    <w:abstractNumId w:val="5"/>
  </w:num>
  <w:num w:numId="4" w16cid:durableId="1007905833">
    <w:abstractNumId w:val="4"/>
  </w:num>
  <w:num w:numId="5" w16cid:durableId="690567744">
    <w:abstractNumId w:val="7"/>
  </w:num>
  <w:num w:numId="6" w16cid:durableId="1393693539">
    <w:abstractNumId w:val="3"/>
  </w:num>
  <w:num w:numId="7" w16cid:durableId="1146119338">
    <w:abstractNumId w:val="2"/>
  </w:num>
  <w:num w:numId="8" w16cid:durableId="1363751199">
    <w:abstractNumId w:val="1"/>
  </w:num>
  <w:num w:numId="9" w16cid:durableId="93016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70A4"/>
    <w:rsid w:val="00326F90"/>
    <w:rsid w:val="00AA1D8D"/>
    <w:rsid w:val="00B47730"/>
    <w:rsid w:val="00C04114"/>
    <w:rsid w:val="00CB0664"/>
    <w:rsid w:val="00EC52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BD570"/>
  <w14:defaultImageDpi w14:val="300"/>
  <w15:docId w15:val="{372A3A2A-EDC4-461D-BF0C-DA3B28ED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Егор Ажичаков</cp:lastModifiedBy>
  <cp:revision>2</cp:revision>
  <dcterms:created xsi:type="dcterms:W3CDTF">2013-12-23T23:15:00Z</dcterms:created>
  <dcterms:modified xsi:type="dcterms:W3CDTF">2026-09-15T07:14:00Z</dcterms:modified>
  <cp:category/>
</cp:coreProperties>
</file>